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F315F" w14:textId="0075CFF3" w:rsidR="00280BD5" w:rsidRPr="00280BD5" w:rsidRDefault="00000000" w:rsidP="000F575C">
      <w:pPr>
        <w:jc w:val="center"/>
        <w:rPr>
          <w:b/>
          <w:bCs/>
          <w:color w:val="1F497D" w:themeColor="text2"/>
          <w:sz w:val="28"/>
          <w:szCs w:val="28"/>
          <w:lang w:val="es-EC"/>
        </w:rPr>
      </w:pPr>
      <w:bookmarkStart w:id="0" w:name="_Hlk207287587"/>
      <w:r w:rsidRPr="00280BD5">
        <w:rPr>
          <w:b/>
          <w:bCs/>
          <w:color w:val="1F497D" w:themeColor="text2"/>
          <w:sz w:val="28"/>
          <w:szCs w:val="28"/>
          <w:lang w:val="es-EC"/>
        </w:rPr>
        <w:t xml:space="preserve">HOJA DE VIDA  </w:t>
      </w:r>
    </w:p>
    <w:p w14:paraId="5D44D169" w14:textId="4ED30121" w:rsidR="009A79ED" w:rsidRPr="00280BD5" w:rsidRDefault="00280BD5" w:rsidP="000F575C">
      <w:pPr>
        <w:jc w:val="center"/>
        <w:rPr>
          <w:b/>
          <w:bCs/>
          <w:color w:val="1F497D" w:themeColor="text2"/>
          <w:sz w:val="24"/>
          <w:szCs w:val="24"/>
          <w:lang w:val="es-EC"/>
        </w:rPr>
      </w:pPr>
      <w:r w:rsidRPr="00280BD5">
        <w:rPr>
          <w:b/>
          <w:bCs/>
          <w:color w:val="1F497D" w:themeColor="text2"/>
          <w:sz w:val="24"/>
          <w:szCs w:val="24"/>
          <w:lang w:val="es-EC"/>
        </w:rPr>
        <w:t xml:space="preserve">ASPIRANTES A </w:t>
      </w:r>
      <w:r w:rsidR="00000000" w:rsidRPr="00280BD5">
        <w:rPr>
          <w:b/>
          <w:bCs/>
          <w:color w:val="1F497D" w:themeColor="text2"/>
          <w:sz w:val="24"/>
          <w:szCs w:val="24"/>
          <w:lang w:val="es-EC"/>
        </w:rPr>
        <w:t>VALIDACIÓN PROFESIONAL</w:t>
      </w:r>
    </w:p>
    <w:p w14:paraId="1DC63322" w14:textId="77777777" w:rsidR="00280BD5" w:rsidRPr="00F32587" w:rsidRDefault="00280BD5" w:rsidP="00280BD5">
      <w:pPr>
        <w:rPr>
          <w:color w:val="1F497D" w:themeColor="text2"/>
          <w:sz w:val="20"/>
          <w:szCs w:val="20"/>
          <w:lang w:val="es-EC"/>
        </w:rPr>
      </w:pPr>
      <w:r w:rsidRPr="00F32587">
        <w:rPr>
          <w:color w:val="1F497D" w:themeColor="text2"/>
          <w:sz w:val="20"/>
          <w:szCs w:val="20"/>
          <w:lang w:val="es-EC"/>
        </w:rPr>
        <w:t>Estimados</w:t>
      </w:r>
      <w:r w:rsidRPr="00F32587">
        <w:rPr>
          <w:color w:val="1F497D" w:themeColor="text2"/>
          <w:sz w:val="20"/>
          <w:szCs w:val="20"/>
          <w:lang w:val="es-EC"/>
        </w:rPr>
        <w:t xml:space="preserve"> </w:t>
      </w:r>
      <w:r w:rsidRPr="00F32587">
        <w:rPr>
          <w:color w:val="1F497D" w:themeColor="text2"/>
          <w:sz w:val="20"/>
          <w:szCs w:val="20"/>
          <w:lang w:val="es-EC"/>
        </w:rPr>
        <w:t>aspirantes:</w:t>
      </w:r>
    </w:p>
    <w:p w14:paraId="0DA5120C" w14:textId="6F2C9E6A" w:rsidR="00F83690" w:rsidRPr="00F32587" w:rsidRDefault="00280BD5" w:rsidP="00280BD5">
      <w:pPr>
        <w:jc w:val="both"/>
        <w:rPr>
          <w:color w:val="1F497D" w:themeColor="text2"/>
          <w:sz w:val="20"/>
          <w:szCs w:val="20"/>
          <w:lang w:val="es-EC"/>
        </w:rPr>
      </w:pPr>
      <w:r w:rsidRPr="00F32587">
        <w:rPr>
          <w:color w:val="1F497D" w:themeColor="text2"/>
          <w:sz w:val="20"/>
          <w:szCs w:val="20"/>
          <w:lang w:val="es-EC"/>
        </w:rPr>
        <w:t xml:space="preserve">La información solicitada en este formato deberá ser completada con veracidad y responsabilidad. Una vez aprobada la </w:t>
      </w:r>
      <w:r w:rsidRPr="00F32587">
        <w:rPr>
          <w:b/>
          <w:bCs/>
          <w:color w:val="1F497D" w:themeColor="text2"/>
          <w:sz w:val="20"/>
          <w:szCs w:val="20"/>
          <w:lang w:val="es-EC"/>
        </w:rPr>
        <w:t>primera fase del proceso de validación</w:t>
      </w:r>
      <w:r w:rsidRPr="00F32587">
        <w:rPr>
          <w:color w:val="1F497D" w:themeColor="text2"/>
          <w:sz w:val="20"/>
          <w:szCs w:val="20"/>
          <w:lang w:val="es-EC"/>
        </w:rPr>
        <w:t>, se les solicitará adjuntar la documentación de respaldo correspondiente, la cual será verificada por la institución.</w:t>
      </w:r>
    </w:p>
    <w:tbl>
      <w:tblPr>
        <w:tblStyle w:val="Tablaconcuadrcula1"/>
        <w:tblW w:w="7968" w:type="dxa"/>
        <w:tblInd w:w="-176" w:type="dxa"/>
        <w:tblLook w:val="04A0" w:firstRow="1" w:lastRow="0" w:firstColumn="1" w:lastColumn="0" w:noHBand="0" w:noVBand="1"/>
      </w:tblPr>
      <w:tblGrid>
        <w:gridCol w:w="2552"/>
        <w:gridCol w:w="5416"/>
      </w:tblGrid>
      <w:tr w:rsidR="0073515C" w:rsidRPr="00280BD5" w14:paraId="5633E079" w14:textId="77777777" w:rsidTr="00F32587">
        <w:trPr>
          <w:trHeight w:val="510"/>
        </w:trPr>
        <w:tc>
          <w:tcPr>
            <w:tcW w:w="7968" w:type="dxa"/>
            <w:gridSpan w:val="2"/>
            <w:shd w:val="clear" w:color="auto" w:fill="4F81BD" w:themeFill="accent1"/>
            <w:vAlign w:val="center"/>
          </w:tcPr>
          <w:p w14:paraId="0137D6B0" w14:textId="19117A16" w:rsidR="0073515C" w:rsidRPr="00280BD5" w:rsidRDefault="0073515C" w:rsidP="00280BD5">
            <w:pPr>
              <w:ind w:hanging="2"/>
              <w:jc w:val="center"/>
              <w:rPr>
                <w:b/>
                <w:bCs/>
                <w:sz w:val="20"/>
                <w:szCs w:val="20"/>
              </w:rPr>
            </w:pPr>
            <w:r w:rsidRPr="00280BD5">
              <w:rPr>
                <w:b/>
                <w:bCs/>
                <w:color w:val="FFFFFF" w:themeColor="background1"/>
                <w:sz w:val="20"/>
                <w:szCs w:val="20"/>
              </w:rPr>
              <w:t>DATOS PERSONALES</w:t>
            </w:r>
          </w:p>
        </w:tc>
      </w:tr>
      <w:tr w:rsidR="00F83690" w:rsidRPr="00280BD5" w14:paraId="62B33A6F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11B6651D" w14:textId="2506F8BF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proofErr w:type="spellStart"/>
            <w:r w:rsidRPr="00280BD5">
              <w:rPr>
                <w:sz w:val="20"/>
                <w:szCs w:val="20"/>
              </w:rPr>
              <w:t>Apellidos</w:t>
            </w:r>
            <w:proofErr w:type="spellEnd"/>
            <w:r w:rsidRPr="00280BD5">
              <w:rPr>
                <w:sz w:val="20"/>
                <w:szCs w:val="20"/>
              </w:rPr>
              <w:t xml:space="preserve"> y </w:t>
            </w:r>
            <w:proofErr w:type="spellStart"/>
            <w:r w:rsidR="00280BD5" w:rsidRPr="00280BD5">
              <w:rPr>
                <w:sz w:val="20"/>
                <w:szCs w:val="20"/>
              </w:rPr>
              <w:t>n</w:t>
            </w:r>
            <w:r w:rsidRPr="00280BD5">
              <w:rPr>
                <w:sz w:val="20"/>
                <w:szCs w:val="20"/>
              </w:rPr>
              <w:t>ombre</w:t>
            </w:r>
            <w:r w:rsidR="00197CEA" w:rsidRPr="00280BD5">
              <w:rPr>
                <w:sz w:val="20"/>
                <w:szCs w:val="20"/>
              </w:rPr>
              <w:t>s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1D51B5AC" w14:textId="77777777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83690" w:rsidRPr="00280BD5" w14:paraId="536960FC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10D5A1F3" w14:textId="1781767B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r w:rsidRPr="00280BD5">
              <w:rPr>
                <w:sz w:val="20"/>
                <w:szCs w:val="20"/>
              </w:rPr>
              <w:t xml:space="preserve">Cédula de </w:t>
            </w:r>
            <w:proofErr w:type="spellStart"/>
            <w:r w:rsidRPr="00280BD5">
              <w:rPr>
                <w:sz w:val="20"/>
                <w:szCs w:val="20"/>
              </w:rPr>
              <w:t>identidad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6EB290C9" w14:textId="77777777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280BD5" w:rsidRPr="00280BD5" w14:paraId="2816886D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7D85D79D" w14:textId="0EEE5904" w:rsidR="00280BD5" w:rsidRPr="00280BD5" w:rsidRDefault="00280BD5" w:rsidP="000F575C">
            <w:pPr>
              <w:ind w:hanging="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Fecha</w:t>
            </w:r>
            <w:proofErr w:type="spellEnd"/>
            <w:r>
              <w:rPr>
                <w:sz w:val="20"/>
                <w:szCs w:val="20"/>
              </w:rPr>
              <w:t xml:space="preserve"> de Nacimiento:</w:t>
            </w:r>
          </w:p>
        </w:tc>
        <w:tc>
          <w:tcPr>
            <w:tcW w:w="5416" w:type="dxa"/>
            <w:vAlign w:val="center"/>
          </w:tcPr>
          <w:p w14:paraId="12AD9414" w14:textId="77777777" w:rsidR="00280BD5" w:rsidRPr="00280BD5" w:rsidRDefault="00280BD5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83690" w:rsidRPr="00280BD5" w14:paraId="29BED315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0CBA8807" w14:textId="5CAAFDE9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proofErr w:type="spellStart"/>
            <w:r w:rsidRPr="00280BD5">
              <w:rPr>
                <w:sz w:val="20"/>
                <w:szCs w:val="20"/>
              </w:rPr>
              <w:t>Dirección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6B013E45" w14:textId="77777777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83690" w:rsidRPr="00280BD5" w14:paraId="0D604444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18B48367" w14:textId="26DBBA73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r w:rsidRPr="00280BD5">
              <w:rPr>
                <w:sz w:val="20"/>
                <w:szCs w:val="20"/>
              </w:rPr>
              <w:t>Ciudad</w:t>
            </w:r>
            <w:r w:rsidR="00280BD5" w:rsidRPr="00280BD5">
              <w:rPr>
                <w:sz w:val="20"/>
                <w:szCs w:val="20"/>
              </w:rPr>
              <w:t xml:space="preserve"> del </w:t>
            </w:r>
            <w:proofErr w:type="spellStart"/>
            <w:r w:rsidR="00280BD5" w:rsidRPr="00280BD5">
              <w:rPr>
                <w:sz w:val="20"/>
                <w:szCs w:val="20"/>
              </w:rPr>
              <w:t>domicilio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6021D7CA" w14:textId="0BEED10C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83690" w:rsidRPr="00280BD5" w14:paraId="2977E1E3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41279D0D" w14:textId="568C8958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proofErr w:type="spellStart"/>
            <w:r w:rsidRPr="00280BD5">
              <w:rPr>
                <w:sz w:val="20"/>
                <w:szCs w:val="20"/>
              </w:rPr>
              <w:t>Teléfono</w:t>
            </w:r>
            <w:proofErr w:type="spellEnd"/>
            <w:r w:rsidRPr="00280BD5">
              <w:rPr>
                <w:sz w:val="20"/>
                <w:szCs w:val="20"/>
              </w:rPr>
              <w:t xml:space="preserve"> de </w:t>
            </w:r>
            <w:proofErr w:type="spellStart"/>
            <w:r w:rsidRPr="00280BD5">
              <w:rPr>
                <w:sz w:val="20"/>
                <w:szCs w:val="20"/>
              </w:rPr>
              <w:t>contacto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27C0C5FA" w14:textId="77777777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tr w:rsidR="00F83690" w:rsidRPr="00280BD5" w14:paraId="42009C82" w14:textId="77777777" w:rsidTr="00F32587">
        <w:trPr>
          <w:trHeight w:val="510"/>
        </w:trPr>
        <w:tc>
          <w:tcPr>
            <w:tcW w:w="2552" w:type="dxa"/>
            <w:vAlign w:val="center"/>
          </w:tcPr>
          <w:p w14:paraId="772181AD" w14:textId="687DDE51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  <w:r w:rsidRPr="00280BD5">
              <w:rPr>
                <w:sz w:val="20"/>
                <w:szCs w:val="20"/>
              </w:rPr>
              <w:t xml:space="preserve">Correo </w:t>
            </w:r>
            <w:proofErr w:type="spellStart"/>
            <w:r w:rsidRPr="00280BD5">
              <w:rPr>
                <w:sz w:val="20"/>
                <w:szCs w:val="20"/>
              </w:rPr>
              <w:t>electrónico</w:t>
            </w:r>
            <w:proofErr w:type="spellEnd"/>
            <w:r w:rsidR="00280BD5">
              <w:rPr>
                <w:sz w:val="20"/>
                <w:szCs w:val="20"/>
              </w:rPr>
              <w:t>:</w:t>
            </w:r>
          </w:p>
        </w:tc>
        <w:tc>
          <w:tcPr>
            <w:tcW w:w="5416" w:type="dxa"/>
            <w:vAlign w:val="center"/>
          </w:tcPr>
          <w:p w14:paraId="5B78BD3C" w14:textId="77777777" w:rsidR="00F83690" w:rsidRPr="00280BD5" w:rsidRDefault="00F83690" w:rsidP="000F575C">
            <w:pPr>
              <w:ind w:hanging="2"/>
              <w:jc w:val="both"/>
              <w:rPr>
                <w:sz w:val="20"/>
                <w:szCs w:val="20"/>
              </w:rPr>
            </w:pPr>
          </w:p>
        </w:tc>
      </w:tr>
      <w:bookmarkEnd w:id="0"/>
    </w:tbl>
    <w:p w14:paraId="113E6531" w14:textId="778FB07C" w:rsidR="00F83690" w:rsidRPr="00280BD5" w:rsidRDefault="00F83690" w:rsidP="000F575C">
      <w:pPr>
        <w:jc w:val="both"/>
        <w:rPr>
          <w:sz w:val="20"/>
          <w:szCs w:val="20"/>
        </w:rPr>
      </w:pPr>
    </w:p>
    <w:tbl>
      <w:tblPr>
        <w:tblW w:w="93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559"/>
        <w:gridCol w:w="1985"/>
        <w:gridCol w:w="1271"/>
        <w:gridCol w:w="1422"/>
        <w:gridCol w:w="1447"/>
      </w:tblGrid>
      <w:tr w:rsidR="0073515C" w:rsidRPr="00280BD5" w14:paraId="03EC3615" w14:textId="77777777" w:rsidTr="00F32587">
        <w:trPr>
          <w:trHeight w:val="537"/>
        </w:trPr>
        <w:tc>
          <w:tcPr>
            <w:tcW w:w="9385" w:type="dxa"/>
            <w:gridSpan w:val="6"/>
            <w:shd w:val="clear" w:color="auto" w:fill="4F81BD" w:themeFill="accent1"/>
            <w:vAlign w:val="center"/>
          </w:tcPr>
          <w:p w14:paraId="52398690" w14:textId="4C9E2DBB" w:rsidR="0073515C" w:rsidRPr="00280BD5" w:rsidRDefault="0073515C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b/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color w:val="FFFFFF" w:themeColor="background1"/>
                <w:sz w:val="20"/>
                <w:szCs w:val="20"/>
              </w:rPr>
              <w:t>FORMACIÓN ACADÉMICA</w:t>
            </w:r>
          </w:p>
        </w:tc>
      </w:tr>
      <w:tr w:rsidR="00F83690" w:rsidRPr="00280BD5" w14:paraId="1082BDF7" w14:textId="77777777" w:rsidTr="00F32587">
        <w:trPr>
          <w:trHeight w:val="537"/>
        </w:trPr>
        <w:tc>
          <w:tcPr>
            <w:tcW w:w="1701" w:type="dxa"/>
            <w:shd w:val="clear" w:color="auto" w:fill="F2F2F2"/>
            <w:vAlign w:val="center"/>
          </w:tcPr>
          <w:p w14:paraId="6FCCB76B" w14:textId="77777777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 xml:space="preserve">Tipo </w:t>
            </w: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br/>
            </w:r>
            <w:r w:rsidRPr="00F32587">
              <w:rPr>
                <w:rFonts w:eastAsia="Bookman Old Style" w:cs="Bookman Old Style"/>
                <w:sz w:val="18"/>
                <w:szCs w:val="18"/>
                <w:lang w:val="es-EC"/>
              </w:rPr>
              <w:t>(Secundaria, Tercer Nivel, Cuarto Nivel)</w:t>
            </w:r>
          </w:p>
        </w:tc>
        <w:tc>
          <w:tcPr>
            <w:tcW w:w="1559" w:type="dxa"/>
            <w:shd w:val="clear" w:color="auto" w:fill="F2F2F2"/>
            <w:vAlign w:val="center"/>
          </w:tcPr>
          <w:p w14:paraId="1BA56BF3" w14:textId="1794F564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Título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 xml:space="preserve"> </w:t>
            </w:r>
            <w:proofErr w:type="spellStart"/>
            <w:r w:rsidR="00A66EDC" w:rsidRPr="00F32587">
              <w:rPr>
                <w:rFonts w:eastAsia="Bookman Old Style" w:cs="Bookman Old Style"/>
                <w:b/>
                <w:sz w:val="18"/>
                <w:szCs w:val="18"/>
              </w:rPr>
              <w:t>o</w:t>
            </w: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btenido</w:t>
            </w:r>
            <w:proofErr w:type="spellEnd"/>
          </w:p>
        </w:tc>
        <w:tc>
          <w:tcPr>
            <w:tcW w:w="1985" w:type="dxa"/>
            <w:shd w:val="clear" w:color="auto" w:fill="F2F2F2"/>
            <w:vAlign w:val="center"/>
          </w:tcPr>
          <w:p w14:paraId="342B084B" w14:textId="144A8649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 xml:space="preserve">Institución 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educativa</w:t>
            </w:r>
            <w:proofErr w:type="spellEnd"/>
          </w:p>
        </w:tc>
        <w:tc>
          <w:tcPr>
            <w:tcW w:w="1271" w:type="dxa"/>
            <w:shd w:val="clear" w:color="auto" w:fill="F2F2F2"/>
            <w:vAlign w:val="center"/>
          </w:tcPr>
          <w:p w14:paraId="71E9F5DE" w14:textId="77777777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Año</w:t>
            </w:r>
          </w:p>
        </w:tc>
        <w:tc>
          <w:tcPr>
            <w:tcW w:w="1422" w:type="dxa"/>
            <w:shd w:val="clear" w:color="auto" w:fill="F2F2F2"/>
            <w:vAlign w:val="center"/>
          </w:tcPr>
          <w:p w14:paraId="378A3092" w14:textId="77777777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Ciudad</w:t>
            </w:r>
          </w:p>
        </w:tc>
        <w:tc>
          <w:tcPr>
            <w:tcW w:w="1447" w:type="dxa"/>
            <w:shd w:val="clear" w:color="auto" w:fill="F2F2F2"/>
            <w:vAlign w:val="center"/>
          </w:tcPr>
          <w:p w14:paraId="4B7632AC" w14:textId="77777777" w:rsidR="00F83690" w:rsidRPr="00F32587" w:rsidRDefault="00F83690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País</w:t>
            </w:r>
          </w:p>
        </w:tc>
      </w:tr>
      <w:tr w:rsidR="00F83690" w:rsidRPr="00280BD5" w14:paraId="19041D28" w14:textId="77777777" w:rsidTr="00F32587">
        <w:trPr>
          <w:trHeight w:val="451"/>
        </w:trPr>
        <w:tc>
          <w:tcPr>
            <w:tcW w:w="1701" w:type="dxa"/>
            <w:vAlign w:val="center"/>
          </w:tcPr>
          <w:p w14:paraId="02BE592B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  <w:bookmarkStart w:id="1" w:name="_heading=h.gjdgxs" w:colFirst="0" w:colLast="0"/>
            <w:bookmarkEnd w:id="1"/>
          </w:p>
        </w:tc>
        <w:tc>
          <w:tcPr>
            <w:tcW w:w="1559" w:type="dxa"/>
            <w:vAlign w:val="center"/>
          </w:tcPr>
          <w:p w14:paraId="5B6F6F15" w14:textId="77777777" w:rsidR="00F83690" w:rsidRPr="00280BD5" w:rsidRDefault="00F83690" w:rsidP="000F575C">
            <w:pPr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5D0555C4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14:paraId="30B82894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22" w:type="dxa"/>
            <w:vAlign w:val="center"/>
          </w:tcPr>
          <w:p w14:paraId="23F99095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47" w:type="dxa"/>
            <w:vAlign w:val="center"/>
          </w:tcPr>
          <w:p w14:paraId="382C5D4D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</w:tr>
      <w:tr w:rsidR="00F83690" w:rsidRPr="00280BD5" w14:paraId="214FDD8B" w14:textId="77777777" w:rsidTr="00F32587">
        <w:trPr>
          <w:trHeight w:val="513"/>
        </w:trPr>
        <w:tc>
          <w:tcPr>
            <w:tcW w:w="1701" w:type="dxa"/>
            <w:vAlign w:val="center"/>
          </w:tcPr>
          <w:p w14:paraId="4DDF3443" w14:textId="77777777" w:rsidR="00F83690" w:rsidRPr="00280BD5" w:rsidRDefault="00F83690" w:rsidP="000F575C">
            <w:pPr>
              <w:spacing w:after="0" w:line="240" w:lineRule="auto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6E4D90B" w14:textId="77777777" w:rsidR="00F83690" w:rsidRPr="00280BD5" w:rsidRDefault="00F83690" w:rsidP="000F575C">
            <w:pPr>
              <w:spacing w:after="0" w:line="240" w:lineRule="auto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1467214A" w14:textId="3065E5F2" w:rsidR="00F83690" w:rsidRPr="00280BD5" w:rsidRDefault="00F83690" w:rsidP="000F575C">
            <w:pPr>
              <w:spacing w:after="0" w:line="240" w:lineRule="auto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14:paraId="5374C064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22" w:type="dxa"/>
            <w:vAlign w:val="center"/>
          </w:tcPr>
          <w:p w14:paraId="4105921F" w14:textId="77777777" w:rsidR="00F83690" w:rsidRPr="00280BD5" w:rsidRDefault="00F83690" w:rsidP="000F575C">
            <w:pPr>
              <w:spacing w:after="0" w:line="240" w:lineRule="auto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47" w:type="dxa"/>
            <w:vAlign w:val="center"/>
          </w:tcPr>
          <w:p w14:paraId="0DC38848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</w:tr>
      <w:tr w:rsidR="00F83690" w:rsidRPr="00280BD5" w14:paraId="55BE0E00" w14:textId="77777777" w:rsidTr="00F32587">
        <w:trPr>
          <w:trHeight w:val="451"/>
        </w:trPr>
        <w:tc>
          <w:tcPr>
            <w:tcW w:w="1701" w:type="dxa"/>
            <w:vAlign w:val="center"/>
          </w:tcPr>
          <w:p w14:paraId="0FF2D77E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241C6E0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607771DD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271" w:type="dxa"/>
            <w:vAlign w:val="center"/>
          </w:tcPr>
          <w:p w14:paraId="61581A1A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22" w:type="dxa"/>
            <w:vAlign w:val="center"/>
          </w:tcPr>
          <w:p w14:paraId="0BEE4A17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  <w:tc>
          <w:tcPr>
            <w:tcW w:w="1447" w:type="dxa"/>
            <w:vAlign w:val="center"/>
          </w:tcPr>
          <w:p w14:paraId="4F9D0462" w14:textId="77777777" w:rsidR="00F83690" w:rsidRPr="00280BD5" w:rsidRDefault="00F83690" w:rsidP="000F575C">
            <w:pPr>
              <w:spacing w:after="0" w:line="240" w:lineRule="auto"/>
              <w:ind w:hanging="2"/>
              <w:jc w:val="both"/>
              <w:rPr>
                <w:rFonts w:eastAsia="Century Gothic" w:cs="Century Gothic"/>
                <w:sz w:val="20"/>
                <w:szCs w:val="20"/>
              </w:rPr>
            </w:pPr>
          </w:p>
        </w:tc>
      </w:tr>
    </w:tbl>
    <w:p w14:paraId="360FA0B5" w14:textId="2BDABFB3" w:rsidR="00F32587" w:rsidRPr="00280BD5" w:rsidRDefault="0073515C" w:rsidP="000F575C">
      <w:pPr>
        <w:jc w:val="both"/>
        <w:rPr>
          <w:sz w:val="20"/>
          <w:szCs w:val="20"/>
        </w:rPr>
      </w:pPr>
      <w:r w:rsidRPr="00280BD5">
        <w:rPr>
          <w:sz w:val="20"/>
          <w:szCs w:val="20"/>
          <w:lang w:val="es-ES"/>
        </w:rPr>
        <w:t xml:space="preserve"> </w:t>
      </w:r>
    </w:p>
    <w:tbl>
      <w:tblPr>
        <w:tblStyle w:val="Tablaconcuadrcula"/>
        <w:tblpPr w:leftFromText="141" w:rightFromText="141" w:vertAnchor="text" w:horzAnchor="margin" w:tblpX="-176" w:tblpY="105"/>
        <w:tblW w:w="9351" w:type="dxa"/>
        <w:tblLook w:val="04A0" w:firstRow="1" w:lastRow="0" w:firstColumn="1" w:lastColumn="0" w:noHBand="0" w:noVBand="1"/>
      </w:tblPr>
      <w:tblGrid>
        <w:gridCol w:w="814"/>
        <w:gridCol w:w="2279"/>
        <w:gridCol w:w="1539"/>
        <w:gridCol w:w="1690"/>
        <w:gridCol w:w="1563"/>
        <w:gridCol w:w="1466"/>
      </w:tblGrid>
      <w:tr w:rsidR="0073515C" w:rsidRPr="00280BD5" w14:paraId="6B619F94" w14:textId="77777777" w:rsidTr="00F32587">
        <w:trPr>
          <w:trHeight w:val="523"/>
        </w:trPr>
        <w:tc>
          <w:tcPr>
            <w:tcW w:w="9351" w:type="dxa"/>
            <w:gridSpan w:val="6"/>
            <w:shd w:val="clear" w:color="auto" w:fill="4F81BD" w:themeFill="accent1"/>
            <w:vAlign w:val="center"/>
          </w:tcPr>
          <w:p w14:paraId="19F7E842" w14:textId="5695DC01" w:rsidR="00280BD5" w:rsidRPr="00F32587" w:rsidRDefault="0073515C" w:rsidP="00280BD5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F32587">
              <w:rPr>
                <w:b/>
                <w:bCs/>
                <w:color w:val="FFFFFF" w:themeColor="background1"/>
                <w:sz w:val="20"/>
                <w:szCs w:val="20"/>
                <w:lang w:val="es-ES"/>
              </w:rPr>
              <w:t>EXPERIENCIA PROFESIONAL</w:t>
            </w:r>
          </w:p>
          <w:p w14:paraId="2039FB12" w14:textId="10950584" w:rsidR="0073515C" w:rsidRPr="00280BD5" w:rsidRDefault="0073515C" w:rsidP="00F32587">
            <w:pPr>
              <w:jc w:val="center"/>
              <w:rPr>
                <w:rFonts w:eastAsia="Bookman Old Style" w:cs="Bookman Old Style"/>
                <w:b/>
                <w:sz w:val="20"/>
                <w:szCs w:val="20"/>
                <w:lang w:val="es-ES"/>
              </w:rPr>
            </w:pPr>
            <w:r w:rsidRPr="00280BD5">
              <w:rPr>
                <w:sz w:val="20"/>
                <w:szCs w:val="20"/>
                <w:lang w:val="es-ES"/>
              </w:rPr>
              <w:t>(conforme al campo a validar)</w:t>
            </w:r>
          </w:p>
        </w:tc>
      </w:tr>
      <w:tr w:rsidR="00F83690" w:rsidRPr="00280BD5" w14:paraId="512E7108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7338F532" w14:textId="77777777" w:rsidR="00F83690" w:rsidRPr="00F32587" w:rsidRDefault="00F83690" w:rsidP="000F575C">
            <w:pPr>
              <w:jc w:val="center"/>
              <w:rPr>
                <w:sz w:val="18"/>
                <w:szCs w:val="18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Nro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.</w:t>
            </w:r>
          </w:p>
        </w:tc>
        <w:tc>
          <w:tcPr>
            <w:tcW w:w="2297" w:type="dxa"/>
            <w:vAlign w:val="center"/>
          </w:tcPr>
          <w:p w14:paraId="6B237A32" w14:textId="77777777" w:rsidR="00F83690" w:rsidRPr="00F32587" w:rsidRDefault="00F83690" w:rsidP="000F575C">
            <w:pPr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Empresa/</w:t>
            </w:r>
          </w:p>
          <w:p w14:paraId="4B13B3E5" w14:textId="77777777" w:rsidR="00F83690" w:rsidRPr="00F32587" w:rsidRDefault="00F83690" w:rsidP="000F575C">
            <w:pPr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Institución</w:t>
            </w:r>
          </w:p>
          <w:p w14:paraId="4DE9290A" w14:textId="77777777" w:rsidR="00F83690" w:rsidRPr="00F32587" w:rsidRDefault="00F83690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sz w:val="18"/>
                <w:szCs w:val="18"/>
                <w:lang w:val="es-EC"/>
              </w:rPr>
              <w:t>(comience por la última)</w:t>
            </w:r>
          </w:p>
        </w:tc>
        <w:tc>
          <w:tcPr>
            <w:tcW w:w="1552" w:type="dxa"/>
            <w:vAlign w:val="center"/>
          </w:tcPr>
          <w:p w14:paraId="04D83E1A" w14:textId="77777777" w:rsidR="00F83690" w:rsidRPr="00F32587" w:rsidRDefault="00F83690" w:rsidP="000F575C">
            <w:pPr>
              <w:jc w:val="center"/>
              <w:rPr>
                <w:sz w:val="18"/>
                <w:szCs w:val="18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Cargo</w:t>
            </w:r>
          </w:p>
        </w:tc>
        <w:tc>
          <w:tcPr>
            <w:tcW w:w="1694" w:type="dxa"/>
            <w:vAlign w:val="center"/>
          </w:tcPr>
          <w:p w14:paraId="76D31A46" w14:textId="77777777" w:rsidR="00F83690" w:rsidRPr="00F32587" w:rsidRDefault="00F83690" w:rsidP="000F575C">
            <w:pPr>
              <w:jc w:val="center"/>
              <w:rPr>
                <w:sz w:val="18"/>
                <w:szCs w:val="18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Funciones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 xml:space="preserve"> 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desempeñadas</w:t>
            </w:r>
            <w:proofErr w:type="spellEnd"/>
          </w:p>
        </w:tc>
        <w:tc>
          <w:tcPr>
            <w:tcW w:w="1565" w:type="dxa"/>
            <w:vAlign w:val="center"/>
          </w:tcPr>
          <w:p w14:paraId="1BA3DD6D" w14:textId="77777777" w:rsidR="00F83690" w:rsidRPr="00F32587" w:rsidRDefault="00F83690" w:rsidP="000F575C">
            <w:pPr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Fecha Inicio</w:t>
            </w:r>
          </w:p>
          <w:p w14:paraId="78726AF2" w14:textId="77777777" w:rsidR="00F83690" w:rsidRPr="00F32587" w:rsidRDefault="00F83690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(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dd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/mm/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aaaa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)</w:t>
            </w:r>
          </w:p>
        </w:tc>
        <w:tc>
          <w:tcPr>
            <w:tcW w:w="1426" w:type="dxa"/>
            <w:vAlign w:val="center"/>
          </w:tcPr>
          <w:p w14:paraId="587DC9A3" w14:textId="77777777" w:rsidR="00F83690" w:rsidRPr="00F32587" w:rsidRDefault="00F83690" w:rsidP="000F575C">
            <w:pPr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Fecha Fin</w:t>
            </w:r>
          </w:p>
          <w:p w14:paraId="6CAD58A4" w14:textId="77777777" w:rsidR="00F83690" w:rsidRPr="00F32587" w:rsidRDefault="00F83690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(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dd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/mm/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aaaa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)</w:t>
            </w:r>
          </w:p>
        </w:tc>
      </w:tr>
      <w:tr w:rsidR="00F83690" w:rsidRPr="00280BD5" w14:paraId="22736650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7DB317A5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2297" w:type="dxa"/>
            <w:vAlign w:val="center"/>
          </w:tcPr>
          <w:p w14:paraId="5A9F09AE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2" w:type="dxa"/>
            <w:vAlign w:val="center"/>
          </w:tcPr>
          <w:p w14:paraId="2243320D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14:paraId="06E3EE66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5" w:type="dxa"/>
            <w:vAlign w:val="center"/>
          </w:tcPr>
          <w:p w14:paraId="713D7214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5D4E5DDA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</w:tr>
      <w:tr w:rsidR="00F83690" w:rsidRPr="00280BD5" w14:paraId="398A726B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4028D70A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2</w:t>
            </w:r>
          </w:p>
        </w:tc>
        <w:tc>
          <w:tcPr>
            <w:tcW w:w="2297" w:type="dxa"/>
            <w:vAlign w:val="center"/>
          </w:tcPr>
          <w:p w14:paraId="79CE7B83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2" w:type="dxa"/>
            <w:vAlign w:val="center"/>
          </w:tcPr>
          <w:p w14:paraId="01654B7A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14:paraId="260D369A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5" w:type="dxa"/>
            <w:vAlign w:val="center"/>
          </w:tcPr>
          <w:p w14:paraId="63F47D06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356D34AC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</w:tr>
      <w:tr w:rsidR="00F83690" w:rsidRPr="00280BD5" w14:paraId="32003498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0F5434BD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3</w:t>
            </w:r>
          </w:p>
        </w:tc>
        <w:tc>
          <w:tcPr>
            <w:tcW w:w="2297" w:type="dxa"/>
            <w:vAlign w:val="center"/>
          </w:tcPr>
          <w:p w14:paraId="2C77DD2D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2" w:type="dxa"/>
            <w:vAlign w:val="center"/>
          </w:tcPr>
          <w:p w14:paraId="0D6CC8C3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14:paraId="215EAA46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5" w:type="dxa"/>
            <w:vAlign w:val="center"/>
          </w:tcPr>
          <w:p w14:paraId="47B6F334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509CFF6F" w14:textId="77777777" w:rsidR="00F83690" w:rsidRPr="00280BD5" w:rsidRDefault="00F83690" w:rsidP="000F575C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0CE3E05" w14:textId="77777777" w:rsidR="0073515C" w:rsidRPr="00280BD5" w:rsidRDefault="0073515C" w:rsidP="000F575C">
      <w:pPr>
        <w:jc w:val="both"/>
        <w:rPr>
          <w:sz w:val="20"/>
          <w:szCs w:val="20"/>
        </w:rPr>
      </w:pPr>
    </w:p>
    <w:tbl>
      <w:tblPr>
        <w:tblStyle w:val="Tablaconcuadrcula"/>
        <w:tblpPr w:leftFromText="141" w:rightFromText="141" w:vertAnchor="text" w:horzAnchor="margin" w:tblpX="-176" w:tblpY="105"/>
        <w:tblW w:w="9351" w:type="dxa"/>
        <w:tblLook w:val="04A0" w:firstRow="1" w:lastRow="0" w:firstColumn="1" w:lastColumn="0" w:noHBand="0" w:noVBand="1"/>
      </w:tblPr>
      <w:tblGrid>
        <w:gridCol w:w="817"/>
        <w:gridCol w:w="2297"/>
        <w:gridCol w:w="1552"/>
        <w:gridCol w:w="1694"/>
        <w:gridCol w:w="1565"/>
        <w:gridCol w:w="1426"/>
      </w:tblGrid>
      <w:tr w:rsidR="00280BD5" w:rsidRPr="00280BD5" w14:paraId="5DCB77C3" w14:textId="77777777" w:rsidTr="00F32587">
        <w:trPr>
          <w:trHeight w:val="523"/>
        </w:trPr>
        <w:tc>
          <w:tcPr>
            <w:tcW w:w="9351" w:type="dxa"/>
            <w:gridSpan w:val="6"/>
            <w:shd w:val="clear" w:color="auto" w:fill="4F81BD" w:themeFill="accent1"/>
            <w:vAlign w:val="center"/>
          </w:tcPr>
          <w:p w14:paraId="0D7C0286" w14:textId="77777777" w:rsidR="00F32587" w:rsidRPr="00F32587" w:rsidRDefault="00280BD5" w:rsidP="00F32587">
            <w:pPr>
              <w:jc w:val="center"/>
              <w:rPr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F32587">
              <w:rPr>
                <w:b/>
                <w:bCs/>
                <w:color w:val="FFFFFF" w:themeColor="background1"/>
                <w:sz w:val="20"/>
                <w:szCs w:val="20"/>
                <w:lang w:val="es-ES"/>
              </w:rPr>
              <w:t>EMPRENDIMIENTO/EMPRESA PROPIA</w:t>
            </w:r>
          </w:p>
          <w:p w14:paraId="35B9F732" w14:textId="6979853A" w:rsidR="00280BD5" w:rsidRPr="00F32587" w:rsidRDefault="00280BD5" w:rsidP="00F32587">
            <w:pPr>
              <w:jc w:val="center"/>
              <w:rPr>
                <w:sz w:val="20"/>
                <w:szCs w:val="20"/>
                <w:lang w:val="es-ES"/>
              </w:rPr>
            </w:pPr>
            <w:r w:rsidRPr="00F32587">
              <w:rPr>
                <w:sz w:val="20"/>
                <w:szCs w:val="20"/>
                <w:lang w:val="es-ES"/>
              </w:rPr>
              <w:t>(conforme al campo a validar)</w:t>
            </w:r>
          </w:p>
          <w:p w14:paraId="391E6312" w14:textId="77777777" w:rsidR="00280BD5" w:rsidRPr="00280BD5" w:rsidRDefault="00280BD5" w:rsidP="0051044E">
            <w:pPr>
              <w:jc w:val="center"/>
              <w:rPr>
                <w:rFonts w:eastAsia="Bookman Old Style" w:cs="Bookman Old Style"/>
                <w:b/>
                <w:sz w:val="20"/>
                <w:szCs w:val="20"/>
                <w:lang w:val="es-ES"/>
              </w:rPr>
            </w:pPr>
          </w:p>
        </w:tc>
      </w:tr>
      <w:tr w:rsidR="0073515C" w:rsidRPr="00280BD5" w14:paraId="68CEE965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798066CF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  <w:proofErr w:type="spellStart"/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Nro</w:t>
            </w:r>
            <w:proofErr w:type="spellEnd"/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.</w:t>
            </w:r>
          </w:p>
        </w:tc>
        <w:tc>
          <w:tcPr>
            <w:tcW w:w="2297" w:type="dxa"/>
            <w:vAlign w:val="center"/>
          </w:tcPr>
          <w:p w14:paraId="4CA0177B" w14:textId="26D6048B" w:rsidR="0073515C" w:rsidRPr="00280BD5" w:rsidRDefault="0073515C" w:rsidP="0051044E">
            <w:pPr>
              <w:ind w:hanging="2"/>
              <w:jc w:val="center"/>
              <w:rPr>
                <w:rFonts w:eastAsia="Bookman Old Style" w:cs="Bookman Old Style"/>
                <w:sz w:val="20"/>
                <w:szCs w:val="20"/>
                <w:lang w:val="es-EC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  <w:lang w:val="es-EC"/>
              </w:rPr>
              <w:t>NOMBRE DE LA EMPRESA</w:t>
            </w:r>
          </w:p>
          <w:p w14:paraId="34B19AC2" w14:textId="77777777" w:rsidR="0073515C" w:rsidRPr="00280BD5" w:rsidRDefault="0073515C" w:rsidP="0051044E">
            <w:pPr>
              <w:jc w:val="center"/>
              <w:rPr>
                <w:sz w:val="20"/>
                <w:szCs w:val="20"/>
                <w:lang w:val="es-EC"/>
              </w:rPr>
            </w:pPr>
            <w:r w:rsidRPr="00280BD5">
              <w:rPr>
                <w:rFonts w:eastAsia="Bookman Old Style" w:cs="Bookman Old Style"/>
                <w:sz w:val="20"/>
                <w:szCs w:val="20"/>
                <w:lang w:val="es-EC"/>
              </w:rPr>
              <w:t>(comience por la última)</w:t>
            </w:r>
          </w:p>
        </w:tc>
        <w:tc>
          <w:tcPr>
            <w:tcW w:w="1552" w:type="dxa"/>
            <w:vAlign w:val="center"/>
          </w:tcPr>
          <w:p w14:paraId="1C8ACC7C" w14:textId="4B7E566A" w:rsidR="0073515C" w:rsidRPr="00280BD5" w:rsidRDefault="0073515C" w:rsidP="0051044E">
            <w:pPr>
              <w:jc w:val="center"/>
              <w:rPr>
                <w:sz w:val="20"/>
                <w:szCs w:val="20"/>
                <w:lang w:val="es-EC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  <w:lang w:val="es-EC"/>
              </w:rPr>
              <w:t>Servicio que ofrece la empresa</w:t>
            </w:r>
          </w:p>
        </w:tc>
        <w:tc>
          <w:tcPr>
            <w:tcW w:w="1694" w:type="dxa"/>
            <w:vAlign w:val="center"/>
          </w:tcPr>
          <w:p w14:paraId="13D379E1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  <w:proofErr w:type="spellStart"/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Funciones</w:t>
            </w:r>
            <w:proofErr w:type="spellEnd"/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 xml:space="preserve"> </w:t>
            </w:r>
            <w:proofErr w:type="spellStart"/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desempeñadas</w:t>
            </w:r>
            <w:proofErr w:type="spellEnd"/>
          </w:p>
        </w:tc>
        <w:tc>
          <w:tcPr>
            <w:tcW w:w="1565" w:type="dxa"/>
            <w:vAlign w:val="center"/>
          </w:tcPr>
          <w:p w14:paraId="5A634AEC" w14:textId="4FAF6C83" w:rsidR="0073515C" w:rsidRPr="00280BD5" w:rsidRDefault="0073515C" w:rsidP="0051044E">
            <w:pPr>
              <w:jc w:val="center"/>
              <w:rPr>
                <w:sz w:val="20"/>
                <w:szCs w:val="20"/>
                <w:lang w:val="es-EC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  <w:lang w:val="es-EC"/>
              </w:rPr>
              <w:t>Año de inicio</w:t>
            </w:r>
          </w:p>
        </w:tc>
        <w:tc>
          <w:tcPr>
            <w:tcW w:w="1426" w:type="dxa"/>
            <w:vAlign w:val="center"/>
          </w:tcPr>
          <w:p w14:paraId="222B0E43" w14:textId="23348260" w:rsidR="0073515C" w:rsidRPr="00280BD5" w:rsidRDefault="0073515C" w:rsidP="0051044E">
            <w:pPr>
              <w:jc w:val="center"/>
              <w:rPr>
                <w:sz w:val="20"/>
                <w:szCs w:val="20"/>
                <w:lang w:val="es-EC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  <w:lang w:val="es-EC"/>
              </w:rPr>
              <w:t>Año de fin</w:t>
            </w:r>
          </w:p>
        </w:tc>
      </w:tr>
      <w:tr w:rsidR="0073515C" w:rsidRPr="00280BD5" w14:paraId="19679668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64DCA55A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1</w:t>
            </w:r>
          </w:p>
        </w:tc>
        <w:tc>
          <w:tcPr>
            <w:tcW w:w="2297" w:type="dxa"/>
            <w:vAlign w:val="center"/>
          </w:tcPr>
          <w:p w14:paraId="7FC0497B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2" w:type="dxa"/>
            <w:vAlign w:val="center"/>
          </w:tcPr>
          <w:p w14:paraId="0ECFE115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14:paraId="57FA9D99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5" w:type="dxa"/>
            <w:vAlign w:val="center"/>
          </w:tcPr>
          <w:p w14:paraId="447CCE8C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30CB425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</w:tr>
      <w:tr w:rsidR="0073515C" w:rsidRPr="00280BD5" w14:paraId="4CE5E7B1" w14:textId="77777777" w:rsidTr="00F32587">
        <w:trPr>
          <w:trHeight w:val="523"/>
        </w:trPr>
        <w:tc>
          <w:tcPr>
            <w:tcW w:w="817" w:type="dxa"/>
            <w:vAlign w:val="center"/>
          </w:tcPr>
          <w:p w14:paraId="3601D8A5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  <w:r w:rsidRPr="00280BD5">
              <w:rPr>
                <w:rFonts w:eastAsia="Bookman Old Style" w:cs="Bookman Old Style"/>
                <w:b/>
                <w:sz w:val="20"/>
                <w:szCs w:val="20"/>
              </w:rPr>
              <w:t>2</w:t>
            </w:r>
          </w:p>
        </w:tc>
        <w:tc>
          <w:tcPr>
            <w:tcW w:w="2297" w:type="dxa"/>
            <w:vAlign w:val="center"/>
          </w:tcPr>
          <w:p w14:paraId="7FE0F9A5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2" w:type="dxa"/>
            <w:vAlign w:val="center"/>
          </w:tcPr>
          <w:p w14:paraId="74D6289F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14:paraId="56E15B5D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5" w:type="dxa"/>
            <w:vAlign w:val="center"/>
          </w:tcPr>
          <w:p w14:paraId="1E7AE584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6BC3AD8D" w14:textId="77777777" w:rsidR="0073515C" w:rsidRPr="00280BD5" w:rsidRDefault="0073515C" w:rsidP="0051044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C6E76BE" w14:textId="60DE9544" w:rsidR="00F83690" w:rsidRPr="00280BD5" w:rsidRDefault="00F83690" w:rsidP="000F575C">
      <w:pPr>
        <w:jc w:val="both"/>
        <w:rPr>
          <w:sz w:val="20"/>
          <w:szCs w:val="20"/>
        </w:rPr>
      </w:pPr>
    </w:p>
    <w:tbl>
      <w:tblPr>
        <w:tblW w:w="938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731"/>
        <w:gridCol w:w="1842"/>
        <w:gridCol w:w="1276"/>
        <w:gridCol w:w="1559"/>
        <w:gridCol w:w="1843"/>
      </w:tblGrid>
      <w:tr w:rsidR="00280BD5" w:rsidRPr="00280BD5" w14:paraId="2C552C07" w14:textId="77777777" w:rsidTr="00F32587">
        <w:trPr>
          <w:cantSplit/>
          <w:trHeight w:val="564"/>
        </w:trPr>
        <w:tc>
          <w:tcPr>
            <w:tcW w:w="9385" w:type="dxa"/>
            <w:gridSpan w:val="6"/>
            <w:shd w:val="clear" w:color="auto" w:fill="4F81BD" w:themeFill="accent1"/>
            <w:vAlign w:val="center"/>
          </w:tcPr>
          <w:p w14:paraId="42AEA929" w14:textId="419C58F2" w:rsidR="00F32587" w:rsidRPr="00F32587" w:rsidRDefault="00280BD5" w:rsidP="00F32587">
            <w:pPr>
              <w:spacing w:after="0"/>
              <w:jc w:val="center"/>
              <w:rPr>
                <w:b/>
                <w:bCs/>
                <w:color w:val="FFFFFF" w:themeColor="background1"/>
                <w:sz w:val="20"/>
                <w:szCs w:val="20"/>
                <w:lang w:val="es-EC"/>
              </w:rPr>
            </w:pPr>
            <w:r w:rsidRPr="00F32587">
              <w:rPr>
                <w:b/>
                <w:bCs/>
                <w:color w:val="FFFFFF" w:themeColor="background1"/>
                <w:sz w:val="20"/>
                <w:szCs w:val="20"/>
                <w:lang w:val="es-EC"/>
              </w:rPr>
              <w:t>FORMACIÓN CONTINUA</w:t>
            </w:r>
          </w:p>
          <w:p w14:paraId="7AAF2617" w14:textId="7D3A5052" w:rsidR="00280BD5" w:rsidRPr="00280BD5" w:rsidRDefault="00280BD5" w:rsidP="00F32587">
            <w:pPr>
              <w:spacing w:after="0"/>
              <w:jc w:val="center"/>
              <w:rPr>
                <w:sz w:val="20"/>
                <w:szCs w:val="20"/>
                <w:lang w:val="es-EC"/>
              </w:rPr>
            </w:pPr>
            <w:r w:rsidRPr="00280BD5">
              <w:rPr>
                <w:sz w:val="20"/>
                <w:szCs w:val="20"/>
                <w:lang w:val="es-EC"/>
              </w:rPr>
              <w:t>(</w:t>
            </w:r>
            <w:r w:rsidR="00F32587">
              <w:rPr>
                <w:sz w:val="20"/>
                <w:szCs w:val="20"/>
                <w:lang w:val="es-EC"/>
              </w:rPr>
              <w:t>S</w:t>
            </w:r>
            <w:r w:rsidRPr="00280BD5">
              <w:rPr>
                <w:sz w:val="20"/>
                <w:szCs w:val="20"/>
                <w:lang w:val="es-EC"/>
              </w:rPr>
              <w:t>eminarios, talleres, congresos y/u otros académicos con certificación acorde al campo a Validar)</w:t>
            </w:r>
          </w:p>
        </w:tc>
      </w:tr>
      <w:tr w:rsidR="00A66EDC" w:rsidRPr="00280BD5" w14:paraId="6A071F9A" w14:textId="77777777" w:rsidTr="00F32587">
        <w:trPr>
          <w:cantSplit/>
          <w:trHeight w:val="564"/>
        </w:trPr>
        <w:tc>
          <w:tcPr>
            <w:tcW w:w="1134" w:type="dxa"/>
            <w:vMerge w:val="restart"/>
            <w:shd w:val="clear" w:color="auto" w:fill="F2F2F2"/>
            <w:vAlign w:val="center"/>
          </w:tcPr>
          <w:p w14:paraId="44CE657A" w14:textId="77777777" w:rsidR="00A66EDC" w:rsidRPr="00F32587" w:rsidRDefault="00A66EDC" w:rsidP="000F575C">
            <w:pPr>
              <w:spacing w:after="0" w:line="36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Tipo</w:t>
            </w:r>
          </w:p>
          <w:p w14:paraId="6E0850DD" w14:textId="3D17DFBF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sz w:val="18"/>
                <w:szCs w:val="18"/>
                <w:lang w:val="es-EC"/>
              </w:rPr>
              <w:t>(Curso, Seminario, Taller, Congreso, Otro)</w:t>
            </w:r>
          </w:p>
        </w:tc>
        <w:tc>
          <w:tcPr>
            <w:tcW w:w="1731" w:type="dxa"/>
            <w:vMerge w:val="restart"/>
            <w:shd w:val="clear" w:color="auto" w:fill="F2F2F2"/>
            <w:vAlign w:val="center"/>
          </w:tcPr>
          <w:p w14:paraId="50131696" w14:textId="1B3B1AB3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Nombre</w:t>
            </w:r>
          </w:p>
        </w:tc>
        <w:tc>
          <w:tcPr>
            <w:tcW w:w="1842" w:type="dxa"/>
            <w:vMerge w:val="restart"/>
            <w:shd w:val="clear" w:color="auto" w:fill="F2F2F2"/>
            <w:vAlign w:val="center"/>
          </w:tcPr>
          <w:p w14:paraId="07564C57" w14:textId="41EA8829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Organizado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 xml:space="preserve"> 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por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:</w:t>
            </w:r>
          </w:p>
        </w:tc>
        <w:tc>
          <w:tcPr>
            <w:tcW w:w="1276" w:type="dxa"/>
            <w:vMerge w:val="restart"/>
            <w:shd w:val="clear" w:color="auto" w:fill="F2F2F2"/>
            <w:vAlign w:val="center"/>
          </w:tcPr>
          <w:p w14:paraId="5168F73E" w14:textId="77777777" w:rsidR="00A66EDC" w:rsidRPr="00F32587" w:rsidRDefault="00A66EDC" w:rsidP="000F575C">
            <w:pPr>
              <w:spacing w:after="0" w:line="240" w:lineRule="auto"/>
              <w:ind w:right="113" w:hanging="2"/>
              <w:jc w:val="center"/>
              <w:rPr>
                <w:rFonts w:eastAsia="Bookman Old Style" w:cs="Bookman Old Style"/>
                <w:sz w:val="18"/>
                <w:szCs w:val="18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Duración</w:t>
            </w:r>
            <w:proofErr w:type="spellEnd"/>
          </w:p>
          <w:p w14:paraId="3B652F0A" w14:textId="42E1F790" w:rsidR="00A66EDC" w:rsidRPr="00F32587" w:rsidRDefault="00A66EDC" w:rsidP="000F575C">
            <w:pPr>
              <w:jc w:val="center"/>
              <w:rPr>
                <w:bCs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Cs/>
                <w:sz w:val="18"/>
                <w:szCs w:val="18"/>
              </w:rPr>
              <w:t>(horas)</w:t>
            </w:r>
          </w:p>
        </w:tc>
        <w:tc>
          <w:tcPr>
            <w:tcW w:w="3402" w:type="dxa"/>
            <w:gridSpan w:val="2"/>
            <w:shd w:val="clear" w:color="auto" w:fill="F2F2F2"/>
            <w:vAlign w:val="center"/>
          </w:tcPr>
          <w:p w14:paraId="33CA6B93" w14:textId="354F3094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Fecha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 xml:space="preserve"> de 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</w:rPr>
              <w:t>realización</w:t>
            </w:r>
            <w:proofErr w:type="spellEnd"/>
          </w:p>
        </w:tc>
      </w:tr>
      <w:tr w:rsidR="00A66EDC" w:rsidRPr="00280BD5" w14:paraId="4BD20A15" w14:textId="77777777" w:rsidTr="00F32587">
        <w:trPr>
          <w:cantSplit/>
          <w:trHeight w:val="786"/>
        </w:trPr>
        <w:tc>
          <w:tcPr>
            <w:tcW w:w="1134" w:type="dxa"/>
            <w:vMerge/>
            <w:shd w:val="clear" w:color="auto" w:fill="F2F2F2"/>
            <w:vAlign w:val="center"/>
          </w:tcPr>
          <w:p w14:paraId="2E5453ED" w14:textId="77777777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</w:p>
        </w:tc>
        <w:tc>
          <w:tcPr>
            <w:tcW w:w="1731" w:type="dxa"/>
            <w:vMerge/>
            <w:shd w:val="clear" w:color="auto" w:fill="F2F2F2"/>
            <w:vAlign w:val="center"/>
          </w:tcPr>
          <w:p w14:paraId="74248409" w14:textId="77777777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</w:p>
        </w:tc>
        <w:tc>
          <w:tcPr>
            <w:tcW w:w="1842" w:type="dxa"/>
            <w:vMerge/>
            <w:shd w:val="clear" w:color="auto" w:fill="F2F2F2"/>
            <w:vAlign w:val="center"/>
          </w:tcPr>
          <w:p w14:paraId="37EA3E69" w14:textId="77777777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</w:p>
        </w:tc>
        <w:tc>
          <w:tcPr>
            <w:tcW w:w="1276" w:type="dxa"/>
            <w:vMerge/>
            <w:shd w:val="clear" w:color="auto" w:fill="F2F2F2"/>
            <w:vAlign w:val="center"/>
          </w:tcPr>
          <w:p w14:paraId="4D015198" w14:textId="77777777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</w:p>
        </w:tc>
        <w:tc>
          <w:tcPr>
            <w:tcW w:w="1559" w:type="dxa"/>
            <w:shd w:val="clear" w:color="auto" w:fill="F2F2F2"/>
            <w:vAlign w:val="center"/>
          </w:tcPr>
          <w:p w14:paraId="52AC6132" w14:textId="023A2C6B" w:rsidR="00A66EDC" w:rsidRPr="00F32587" w:rsidRDefault="00A66EDC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Fecha</w:t>
            </w:r>
          </w:p>
          <w:p w14:paraId="3A19A69D" w14:textId="77777777" w:rsidR="00A66EDC" w:rsidRPr="00F32587" w:rsidRDefault="00A66EDC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Inicio</w:t>
            </w:r>
          </w:p>
          <w:p w14:paraId="485FB091" w14:textId="05199AA6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(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dd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/mm/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aaaa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)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57F68C45" w14:textId="0CC6C829" w:rsidR="00A66EDC" w:rsidRPr="00F32587" w:rsidRDefault="00A66EDC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Fecha</w:t>
            </w:r>
          </w:p>
          <w:p w14:paraId="28700F3B" w14:textId="77777777" w:rsidR="00A66EDC" w:rsidRPr="00F32587" w:rsidRDefault="00A66EDC" w:rsidP="000F575C">
            <w:pPr>
              <w:spacing w:after="0" w:line="240" w:lineRule="auto"/>
              <w:ind w:hanging="2"/>
              <w:jc w:val="center"/>
              <w:rPr>
                <w:rFonts w:eastAsia="Bookman Old Style" w:cs="Bookman Old Style"/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fin</w:t>
            </w:r>
          </w:p>
          <w:p w14:paraId="55038201" w14:textId="6E050DF1" w:rsidR="00A66EDC" w:rsidRPr="00F32587" w:rsidRDefault="00A66EDC" w:rsidP="000F575C">
            <w:pPr>
              <w:jc w:val="center"/>
              <w:rPr>
                <w:sz w:val="18"/>
                <w:szCs w:val="18"/>
                <w:lang w:val="es-EC"/>
              </w:rPr>
            </w:pPr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(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dd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/mm/</w:t>
            </w:r>
            <w:proofErr w:type="spellStart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aaaa</w:t>
            </w:r>
            <w:proofErr w:type="spellEnd"/>
            <w:r w:rsidRPr="00F32587">
              <w:rPr>
                <w:rFonts w:eastAsia="Bookman Old Style" w:cs="Bookman Old Style"/>
                <w:b/>
                <w:sz w:val="18"/>
                <w:szCs w:val="18"/>
                <w:lang w:val="es-EC"/>
              </w:rPr>
              <w:t>)</w:t>
            </w:r>
          </w:p>
        </w:tc>
      </w:tr>
      <w:tr w:rsidR="00A66EDC" w:rsidRPr="00280BD5" w14:paraId="4E19524D" w14:textId="77777777" w:rsidTr="00F32587">
        <w:trPr>
          <w:trHeight w:val="380"/>
        </w:trPr>
        <w:tc>
          <w:tcPr>
            <w:tcW w:w="1134" w:type="dxa"/>
            <w:vAlign w:val="center"/>
          </w:tcPr>
          <w:p w14:paraId="53D9A776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731" w:type="dxa"/>
            <w:vAlign w:val="center"/>
          </w:tcPr>
          <w:p w14:paraId="5FFA3FEB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842" w:type="dxa"/>
            <w:vAlign w:val="center"/>
          </w:tcPr>
          <w:p w14:paraId="1E730359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276" w:type="dxa"/>
            <w:vAlign w:val="center"/>
          </w:tcPr>
          <w:p w14:paraId="623BB72F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559" w:type="dxa"/>
            <w:vAlign w:val="center"/>
          </w:tcPr>
          <w:p w14:paraId="27EF799E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843" w:type="dxa"/>
            <w:vAlign w:val="center"/>
          </w:tcPr>
          <w:p w14:paraId="29195953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</w:tr>
      <w:tr w:rsidR="00A66EDC" w:rsidRPr="00280BD5" w14:paraId="3CD6523A" w14:textId="77777777" w:rsidTr="00F32587">
        <w:trPr>
          <w:trHeight w:val="380"/>
        </w:trPr>
        <w:tc>
          <w:tcPr>
            <w:tcW w:w="1134" w:type="dxa"/>
            <w:vAlign w:val="center"/>
          </w:tcPr>
          <w:p w14:paraId="3C773D8C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731" w:type="dxa"/>
            <w:vAlign w:val="center"/>
          </w:tcPr>
          <w:p w14:paraId="4580FB13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842" w:type="dxa"/>
            <w:vAlign w:val="center"/>
          </w:tcPr>
          <w:p w14:paraId="002CF23B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276" w:type="dxa"/>
            <w:vAlign w:val="center"/>
          </w:tcPr>
          <w:p w14:paraId="03001101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559" w:type="dxa"/>
            <w:vAlign w:val="center"/>
          </w:tcPr>
          <w:p w14:paraId="34990F4F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  <w:tc>
          <w:tcPr>
            <w:tcW w:w="1843" w:type="dxa"/>
            <w:vAlign w:val="center"/>
          </w:tcPr>
          <w:p w14:paraId="6EED092A" w14:textId="77777777" w:rsidR="00A66EDC" w:rsidRPr="00280BD5" w:rsidRDefault="00A66EDC" w:rsidP="000F575C">
            <w:pPr>
              <w:jc w:val="center"/>
              <w:rPr>
                <w:sz w:val="20"/>
                <w:szCs w:val="20"/>
                <w:lang w:val="es-EC"/>
              </w:rPr>
            </w:pPr>
          </w:p>
        </w:tc>
      </w:tr>
    </w:tbl>
    <w:p w14:paraId="52A10F8C" w14:textId="619C8332" w:rsidR="00F83690" w:rsidRPr="00280BD5" w:rsidRDefault="00F83690" w:rsidP="000F575C">
      <w:pPr>
        <w:jc w:val="both"/>
        <w:rPr>
          <w:sz w:val="20"/>
          <w:szCs w:val="20"/>
          <w:lang w:val="es-EC"/>
        </w:rPr>
      </w:pPr>
    </w:p>
    <w:p w14:paraId="330ADD10" w14:textId="77777777" w:rsidR="008F6034" w:rsidRDefault="008F6034" w:rsidP="000F575C">
      <w:pPr>
        <w:jc w:val="both"/>
        <w:rPr>
          <w:sz w:val="20"/>
          <w:szCs w:val="20"/>
          <w:lang w:val="es-EC"/>
        </w:rPr>
      </w:pPr>
    </w:p>
    <w:p w14:paraId="483C27D7" w14:textId="77777777" w:rsidR="00F32587" w:rsidRDefault="00F32587" w:rsidP="000F575C">
      <w:pPr>
        <w:jc w:val="both"/>
        <w:rPr>
          <w:sz w:val="20"/>
          <w:szCs w:val="20"/>
          <w:lang w:val="es-EC"/>
        </w:rPr>
      </w:pPr>
    </w:p>
    <w:p w14:paraId="66102216" w14:textId="77777777" w:rsidR="00F32587" w:rsidRPr="00280BD5" w:rsidRDefault="00F32587" w:rsidP="000F575C">
      <w:pPr>
        <w:jc w:val="both"/>
        <w:rPr>
          <w:sz w:val="20"/>
          <w:szCs w:val="20"/>
          <w:lang w:val="es-EC"/>
        </w:rPr>
      </w:pPr>
    </w:p>
    <w:p w14:paraId="5400C20C" w14:textId="620B933E" w:rsidR="009A79ED" w:rsidRDefault="00F32587" w:rsidP="000F575C">
      <w:pPr>
        <w:jc w:val="both"/>
        <w:rPr>
          <w:sz w:val="20"/>
          <w:szCs w:val="20"/>
          <w:lang w:val="es-EC"/>
        </w:rPr>
      </w:pPr>
      <w:r>
        <w:rPr>
          <w:sz w:val="20"/>
          <w:szCs w:val="20"/>
          <w:lang w:val="es-EC"/>
        </w:rPr>
        <w:t>Firma del aspirante:</w:t>
      </w:r>
    </w:p>
    <w:p w14:paraId="6F68DCF6" w14:textId="3236E155" w:rsidR="00F32587" w:rsidRPr="00280BD5" w:rsidRDefault="00F32587" w:rsidP="000F575C">
      <w:pPr>
        <w:jc w:val="both"/>
        <w:rPr>
          <w:sz w:val="20"/>
          <w:szCs w:val="20"/>
          <w:lang w:val="es-EC"/>
        </w:rPr>
      </w:pPr>
      <w:r>
        <w:rPr>
          <w:sz w:val="20"/>
          <w:szCs w:val="20"/>
          <w:lang w:val="es-EC"/>
        </w:rPr>
        <w:t xml:space="preserve">Fecha: </w:t>
      </w:r>
    </w:p>
    <w:sectPr w:rsidR="00F32587" w:rsidRPr="00280BD5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11C5A" w14:textId="77777777" w:rsidR="009F245B" w:rsidRDefault="009F245B" w:rsidP="00F83690">
      <w:pPr>
        <w:spacing w:after="0" w:line="240" w:lineRule="auto"/>
      </w:pPr>
      <w:r>
        <w:separator/>
      </w:r>
    </w:p>
  </w:endnote>
  <w:endnote w:type="continuationSeparator" w:id="0">
    <w:p w14:paraId="37A52781" w14:textId="77777777" w:rsidR="009F245B" w:rsidRDefault="009F245B" w:rsidP="00F83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C0BF0" w14:textId="77777777" w:rsidR="009F245B" w:rsidRDefault="009F245B" w:rsidP="00F83690">
      <w:pPr>
        <w:spacing w:after="0" w:line="240" w:lineRule="auto"/>
      </w:pPr>
      <w:r>
        <w:separator/>
      </w:r>
    </w:p>
  </w:footnote>
  <w:footnote w:type="continuationSeparator" w:id="0">
    <w:p w14:paraId="1C29C10B" w14:textId="77777777" w:rsidR="009F245B" w:rsidRDefault="009F245B" w:rsidP="00F836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BD6D" w14:textId="1439775F" w:rsidR="00F83690" w:rsidRDefault="00F83690">
    <w:pPr>
      <w:pStyle w:val="Encabezado"/>
    </w:pPr>
    <w:r>
      <w:rPr>
        <w:noProof/>
      </w:rPr>
      <w:drawing>
        <wp:anchor distT="0" distB="0" distL="114300" distR="114300" simplePos="0" relativeHeight="251629056" behindDoc="0" locked="0" layoutInCell="1" hidden="0" allowOverlap="1" wp14:anchorId="7BA52404" wp14:editId="2F2C6CCF">
          <wp:simplePos x="0" y="0"/>
          <wp:positionH relativeFrom="column">
            <wp:posOffset>-104775</wp:posOffset>
          </wp:positionH>
          <wp:positionV relativeFrom="paragraph">
            <wp:posOffset>-457200</wp:posOffset>
          </wp:positionV>
          <wp:extent cx="4820603" cy="1149868"/>
          <wp:effectExtent l="0" t="0" r="0" b="0"/>
          <wp:wrapTopAndBottom/>
          <wp:docPr id="29" name="image1.png" descr="Logotipo, Icon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.png" descr="Logotipo, Icono&#10;&#10;El contenido generado por IA puede ser incorrec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20603" cy="1149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7523872">
    <w:abstractNumId w:val="8"/>
  </w:num>
  <w:num w:numId="2" w16cid:durableId="449714541">
    <w:abstractNumId w:val="6"/>
  </w:num>
  <w:num w:numId="3" w16cid:durableId="1809318559">
    <w:abstractNumId w:val="5"/>
  </w:num>
  <w:num w:numId="4" w16cid:durableId="828059647">
    <w:abstractNumId w:val="4"/>
  </w:num>
  <w:num w:numId="5" w16cid:durableId="1010523507">
    <w:abstractNumId w:val="7"/>
  </w:num>
  <w:num w:numId="6" w16cid:durableId="326792793">
    <w:abstractNumId w:val="3"/>
  </w:num>
  <w:num w:numId="7" w16cid:durableId="529531786">
    <w:abstractNumId w:val="2"/>
  </w:num>
  <w:num w:numId="8" w16cid:durableId="1697730149">
    <w:abstractNumId w:val="1"/>
  </w:num>
  <w:num w:numId="9" w16cid:durableId="1684555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F575C"/>
    <w:rsid w:val="0015074B"/>
    <w:rsid w:val="00197CEA"/>
    <w:rsid w:val="0021403A"/>
    <w:rsid w:val="00233659"/>
    <w:rsid w:val="00280BD5"/>
    <w:rsid w:val="0029639D"/>
    <w:rsid w:val="00326F90"/>
    <w:rsid w:val="005D46D4"/>
    <w:rsid w:val="006453B2"/>
    <w:rsid w:val="0073515C"/>
    <w:rsid w:val="007D5D9A"/>
    <w:rsid w:val="008F6034"/>
    <w:rsid w:val="009456F2"/>
    <w:rsid w:val="009A79ED"/>
    <w:rsid w:val="009F245B"/>
    <w:rsid w:val="00A66EDC"/>
    <w:rsid w:val="00AA1D8D"/>
    <w:rsid w:val="00B47730"/>
    <w:rsid w:val="00CB0664"/>
    <w:rsid w:val="00F32587"/>
    <w:rsid w:val="00F6719E"/>
    <w:rsid w:val="00F836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BA8F227"/>
  <w14:defaultImageDpi w14:val="300"/>
  <w15:docId w15:val="{96B1B8AF-D990-4F28-8751-30BFD6580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aconcuadrcula1">
    <w:name w:val="Tabla con cuadrícula1"/>
    <w:basedOn w:val="Tablanormal"/>
    <w:next w:val="Tablaconcuadrcula"/>
    <w:uiPriority w:val="59"/>
    <w:rsid w:val="00F83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217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ARMANDA GUAMAN BASTIDAS</cp:lastModifiedBy>
  <cp:revision>6</cp:revision>
  <dcterms:created xsi:type="dcterms:W3CDTF">2025-08-28T21:22:00Z</dcterms:created>
  <dcterms:modified xsi:type="dcterms:W3CDTF">2025-09-11T22:44:00Z</dcterms:modified>
  <cp:category/>
</cp:coreProperties>
</file>